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2357" w:rsidRDefault="007D347A">
      <w:pPr>
        <w:jc w:val="center"/>
      </w:pPr>
      <w:r>
        <w:rPr>
          <w:noProof/>
          <w:lang w:val="ru-RU" w:eastAsia="ru-RU"/>
        </w:rPr>
        <w:drawing>
          <wp:inline distT="0" distB="0" distL="0" distR="0">
            <wp:extent cx="1351722" cy="1351722"/>
            <wp:effectExtent l="0" t="0" r="127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p-map-big(2)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59247" cy="1359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2357" w:rsidRDefault="007D347A">
      <w:pPr>
        <w:pStyle w:val="1"/>
        <w:jc w:val="center"/>
      </w:pPr>
      <w:r>
        <w:t>AP-MAP Heating &amp; Cooling</w:t>
      </w:r>
      <w:bookmarkStart w:id="0" w:name="_GoBack"/>
      <w:bookmarkEnd w:id="0"/>
    </w:p>
    <w:p w:rsidR="007A2357" w:rsidRDefault="007D347A">
      <w:pPr>
        <w:jc w:val="center"/>
      </w:pPr>
      <w:r>
        <w:t>P</w:t>
      </w:r>
      <w:r>
        <w:t>rofessional HVAC Services &amp; Pricing Guide for Chicago &amp; North Shore Suburbs.</w:t>
      </w:r>
      <w:r>
        <w:br/>
        <w:t>Residential • Commercial • Heating • Cooling • Hydronic Systems</w:t>
      </w:r>
    </w:p>
    <w:p w:rsidR="007A2357" w:rsidRDefault="007D347A">
      <w:pPr>
        <w:pStyle w:val="21"/>
      </w:pPr>
      <w:r>
        <w:t>AC / Cooling Services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7A2357">
        <w:tc>
          <w:tcPr>
            <w:tcW w:w="2880" w:type="dxa"/>
          </w:tcPr>
          <w:p w:rsidR="007A2357" w:rsidRDefault="007D347A">
            <w:r>
              <w:t>Service</w:t>
            </w:r>
          </w:p>
        </w:tc>
        <w:tc>
          <w:tcPr>
            <w:tcW w:w="2880" w:type="dxa"/>
          </w:tcPr>
          <w:p w:rsidR="007A2357" w:rsidRDefault="007D347A">
            <w:r>
              <w:t>Description</w:t>
            </w:r>
          </w:p>
        </w:tc>
        <w:tc>
          <w:tcPr>
            <w:tcW w:w="2880" w:type="dxa"/>
          </w:tcPr>
          <w:p w:rsidR="007A2357" w:rsidRDefault="007D347A">
            <w:r>
              <w:t>Price</w:t>
            </w:r>
          </w:p>
        </w:tc>
      </w:tr>
      <w:tr w:rsidR="007A2357">
        <w:tc>
          <w:tcPr>
            <w:tcW w:w="2880" w:type="dxa"/>
          </w:tcPr>
          <w:p w:rsidR="007A2357" w:rsidRDefault="007D347A">
            <w:r>
              <w:t>AC Diagnostic</w:t>
            </w:r>
          </w:p>
        </w:tc>
        <w:tc>
          <w:tcPr>
            <w:tcW w:w="2880" w:type="dxa"/>
          </w:tcPr>
          <w:p w:rsidR="007A2357" w:rsidRDefault="007D347A">
            <w:r>
              <w:t xml:space="preserve">Full air conditioning </w:t>
            </w:r>
            <w:r>
              <w:t>inspection and diagnostics</w:t>
            </w:r>
          </w:p>
        </w:tc>
        <w:tc>
          <w:tcPr>
            <w:tcW w:w="2880" w:type="dxa"/>
          </w:tcPr>
          <w:p w:rsidR="007A2357" w:rsidRDefault="007D347A">
            <w:r>
              <w:t>$89 – $149</w:t>
            </w:r>
          </w:p>
        </w:tc>
      </w:tr>
      <w:tr w:rsidR="007A2357">
        <w:tc>
          <w:tcPr>
            <w:tcW w:w="2880" w:type="dxa"/>
          </w:tcPr>
          <w:p w:rsidR="007A2357" w:rsidRDefault="007D347A">
            <w:r>
              <w:t>AC Repair</w:t>
            </w:r>
          </w:p>
        </w:tc>
        <w:tc>
          <w:tcPr>
            <w:tcW w:w="2880" w:type="dxa"/>
          </w:tcPr>
          <w:p w:rsidR="007A2357" w:rsidRDefault="007D347A">
            <w:r>
              <w:t>Cooling repair, airflow, electrical and thermostat issues</w:t>
            </w:r>
          </w:p>
        </w:tc>
        <w:tc>
          <w:tcPr>
            <w:tcW w:w="2880" w:type="dxa"/>
          </w:tcPr>
          <w:p w:rsidR="007A2357" w:rsidRDefault="007D347A">
            <w:r>
              <w:t>$149 – $650+</w:t>
            </w:r>
          </w:p>
        </w:tc>
      </w:tr>
      <w:tr w:rsidR="007A2357">
        <w:tc>
          <w:tcPr>
            <w:tcW w:w="2880" w:type="dxa"/>
          </w:tcPr>
          <w:p w:rsidR="007A2357" w:rsidRDefault="007D347A">
            <w:r>
              <w:t>AC Tune-Up</w:t>
            </w:r>
          </w:p>
        </w:tc>
        <w:tc>
          <w:tcPr>
            <w:tcW w:w="2880" w:type="dxa"/>
          </w:tcPr>
          <w:p w:rsidR="007A2357" w:rsidRDefault="007D347A">
            <w:r>
              <w:t>Seasonal AC maintenance and cleaning</w:t>
            </w:r>
          </w:p>
        </w:tc>
        <w:tc>
          <w:tcPr>
            <w:tcW w:w="2880" w:type="dxa"/>
          </w:tcPr>
          <w:p w:rsidR="007A2357" w:rsidRDefault="007D347A">
            <w:r>
              <w:t>$89 – $199</w:t>
            </w:r>
          </w:p>
        </w:tc>
      </w:tr>
      <w:tr w:rsidR="007A2357">
        <w:tc>
          <w:tcPr>
            <w:tcW w:w="2880" w:type="dxa"/>
          </w:tcPr>
          <w:p w:rsidR="007A2357" w:rsidRDefault="007D347A">
            <w:r>
              <w:t>Refrigerant Recharge</w:t>
            </w:r>
          </w:p>
        </w:tc>
        <w:tc>
          <w:tcPr>
            <w:tcW w:w="2880" w:type="dxa"/>
          </w:tcPr>
          <w:p w:rsidR="007A2357" w:rsidRDefault="007D347A">
            <w:r>
              <w:t>Freon leak check and recharge</w:t>
            </w:r>
          </w:p>
        </w:tc>
        <w:tc>
          <w:tcPr>
            <w:tcW w:w="2880" w:type="dxa"/>
          </w:tcPr>
          <w:p w:rsidR="007A2357" w:rsidRDefault="007D347A">
            <w:r>
              <w:t>$199 – $650+</w:t>
            </w:r>
          </w:p>
        </w:tc>
      </w:tr>
      <w:tr w:rsidR="007A2357">
        <w:tc>
          <w:tcPr>
            <w:tcW w:w="2880" w:type="dxa"/>
          </w:tcPr>
          <w:p w:rsidR="007A2357" w:rsidRDefault="007D347A">
            <w:r>
              <w:t xml:space="preserve">Capacitor </w:t>
            </w:r>
            <w:r>
              <w:t>Replacement</w:t>
            </w:r>
          </w:p>
        </w:tc>
        <w:tc>
          <w:tcPr>
            <w:tcW w:w="2880" w:type="dxa"/>
          </w:tcPr>
          <w:p w:rsidR="007A2357" w:rsidRDefault="007D347A">
            <w:r>
              <w:t>Replace failed AC capacitor</w:t>
            </w:r>
          </w:p>
        </w:tc>
        <w:tc>
          <w:tcPr>
            <w:tcW w:w="2880" w:type="dxa"/>
          </w:tcPr>
          <w:p w:rsidR="007A2357" w:rsidRDefault="007D347A">
            <w:r>
              <w:t>$180 – $450</w:t>
            </w:r>
          </w:p>
        </w:tc>
      </w:tr>
      <w:tr w:rsidR="007A2357">
        <w:tc>
          <w:tcPr>
            <w:tcW w:w="2880" w:type="dxa"/>
          </w:tcPr>
          <w:p w:rsidR="007A2357" w:rsidRDefault="007D347A">
            <w:r>
              <w:t>Condenser Repair</w:t>
            </w:r>
          </w:p>
        </w:tc>
        <w:tc>
          <w:tcPr>
            <w:tcW w:w="2880" w:type="dxa"/>
          </w:tcPr>
          <w:p w:rsidR="007A2357" w:rsidRDefault="007D347A">
            <w:r>
              <w:t>Outdoor condenser repair or replacement</w:t>
            </w:r>
          </w:p>
        </w:tc>
        <w:tc>
          <w:tcPr>
            <w:tcW w:w="2880" w:type="dxa"/>
          </w:tcPr>
          <w:p w:rsidR="007A2357" w:rsidRDefault="007D347A">
            <w:r>
              <w:t>$350 – $2,500</w:t>
            </w:r>
          </w:p>
        </w:tc>
      </w:tr>
      <w:tr w:rsidR="007A2357">
        <w:tc>
          <w:tcPr>
            <w:tcW w:w="2880" w:type="dxa"/>
          </w:tcPr>
          <w:p w:rsidR="007A2357" w:rsidRDefault="007D347A">
            <w:r>
              <w:t>Evaporator Coil Replacement</w:t>
            </w:r>
          </w:p>
        </w:tc>
        <w:tc>
          <w:tcPr>
            <w:tcW w:w="2880" w:type="dxa"/>
          </w:tcPr>
          <w:p w:rsidR="007A2357" w:rsidRDefault="007D347A">
            <w:r>
              <w:t>Replace indoor evaporator coil</w:t>
            </w:r>
          </w:p>
        </w:tc>
        <w:tc>
          <w:tcPr>
            <w:tcW w:w="2880" w:type="dxa"/>
          </w:tcPr>
          <w:p w:rsidR="007A2357" w:rsidRDefault="007D347A">
            <w:r>
              <w:t>$1,200 – $2,800</w:t>
            </w:r>
          </w:p>
        </w:tc>
      </w:tr>
      <w:tr w:rsidR="007A2357">
        <w:tc>
          <w:tcPr>
            <w:tcW w:w="2880" w:type="dxa"/>
          </w:tcPr>
          <w:p w:rsidR="007A2357" w:rsidRDefault="007D347A">
            <w:r>
              <w:t>AC Installation</w:t>
            </w:r>
          </w:p>
        </w:tc>
        <w:tc>
          <w:tcPr>
            <w:tcW w:w="2880" w:type="dxa"/>
          </w:tcPr>
          <w:p w:rsidR="007A2357" w:rsidRDefault="007D347A">
            <w:r>
              <w:t>New central AC installation</w:t>
            </w:r>
          </w:p>
        </w:tc>
        <w:tc>
          <w:tcPr>
            <w:tcW w:w="2880" w:type="dxa"/>
          </w:tcPr>
          <w:p w:rsidR="007A2357" w:rsidRDefault="007D347A">
            <w:r>
              <w:t>$3,500 – $8</w:t>
            </w:r>
            <w:r>
              <w:t>,500</w:t>
            </w:r>
          </w:p>
        </w:tc>
      </w:tr>
      <w:tr w:rsidR="007A2357">
        <w:tc>
          <w:tcPr>
            <w:tcW w:w="2880" w:type="dxa"/>
          </w:tcPr>
          <w:p w:rsidR="007A2357" w:rsidRDefault="007D347A">
            <w:r>
              <w:t>AC Replacement</w:t>
            </w:r>
          </w:p>
        </w:tc>
        <w:tc>
          <w:tcPr>
            <w:tcW w:w="2880" w:type="dxa"/>
          </w:tcPr>
          <w:p w:rsidR="007A2357" w:rsidRDefault="007D347A">
            <w:r>
              <w:t>Replace old AC system</w:t>
            </w:r>
          </w:p>
        </w:tc>
        <w:tc>
          <w:tcPr>
            <w:tcW w:w="2880" w:type="dxa"/>
          </w:tcPr>
          <w:p w:rsidR="007A2357" w:rsidRDefault="007D347A">
            <w:r>
              <w:t>$2,800 – $6,500</w:t>
            </w:r>
          </w:p>
        </w:tc>
      </w:tr>
      <w:tr w:rsidR="007A2357">
        <w:tc>
          <w:tcPr>
            <w:tcW w:w="2880" w:type="dxa"/>
          </w:tcPr>
          <w:p w:rsidR="007A2357" w:rsidRDefault="007D347A">
            <w:r>
              <w:t>Mini Split Installation</w:t>
            </w:r>
          </w:p>
        </w:tc>
        <w:tc>
          <w:tcPr>
            <w:tcW w:w="2880" w:type="dxa"/>
          </w:tcPr>
          <w:p w:rsidR="007A2357" w:rsidRDefault="007D347A">
            <w:r>
              <w:t>Ductless mini split setup</w:t>
            </w:r>
          </w:p>
        </w:tc>
        <w:tc>
          <w:tcPr>
            <w:tcW w:w="2880" w:type="dxa"/>
          </w:tcPr>
          <w:p w:rsidR="007A2357" w:rsidRDefault="007D347A">
            <w:r>
              <w:t>$2,000 – $7,000</w:t>
            </w:r>
          </w:p>
        </w:tc>
      </w:tr>
      <w:tr w:rsidR="007A2357">
        <w:tc>
          <w:tcPr>
            <w:tcW w:w="2880" w:type="dxa"/>
          </w:tcPr>
          <w:p w:rsidR="007A2357" w:rsidRDefault="007D347A">
            <w:r>
              <w:t>Mini Split Repair</w:t>
            </w:r>
          </w:p>
        </w:tc>
        <w:tc>
          <w:tcPr>
            <w:tcW w:w="2880" w:type="dxa"/>
          </w:tcPr>
          <w:p w:rsidR="007A2357" w:rsidRDefault="007D347A">
            <w:r>
              <w:t>Repair ductless systems</w:t>
            </w:r>
          </w:p>
        </w:tc>
        <w:tc>
          <w:tcPr>
            <w:tcW w:w="2880" w:type="dxa"/>
          </w:tcPr>
          <w:p w:rsidR="007A2357" w:rsidRDefault="007D347A">
            <w:r>
              <w:t>$149 – $850</w:t>
            </w:r>
          </w:p>
        </w:tc>
      </w:tr>
      <w:tr w:rsidR="007A2357">
        <w:tc>
          <w:tcPr>
            <w:tcW w:w="2880" w:type="dxa"/>
          </w:tcPr>
          <w:p w:rsidR="007A2357" w:rsidRDefault="007D347A">
            <w:r>
              <w:t>Thermostat Installation</w:t>
            </w:r>
          </w:p>
        </w:tc>
        <w:tc>
          <w:tcPr>
            <w:tcW w:w="2880" w:type="dxa"/>
          </w:tcPr>
          <w:p w:rsidR="007A2357" w:rsidRDefault="007D347A">
            <w:r>
              <w:t>Smart or standard thermostat setup</w:t>
            </w:r>
          </w:p>
        </w:tc>
        <w:tc>
          <w:tcPr>
            <w:tcW w:w="2880" w:type="dxa"/>
          </w:tcPr>
          <w:p w:rsidR="007A2357" w:rsidRDefault="007D347A">
            <w:r>
              <w:t>$180 – $450</w:t>
            </w:r>
          </w:p>
        </w:tc>
      </w:tr>
    </w:tbl>
    <w:p w:rsidR="007A2357" w:rsidRDefault="007A2357"/>
    <w:p w:rsidR="007A2357" w:rsidRDefault="007D347A">
      <w:pPr>
        <w:pStyle w:val="21"/>
      </w:pPr>
      <w:r>
        <w:t>Heating / Furnace Services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7A2357">
        <w:tc>
          <w:tcPr>
            <w:tcW w:w="2880" w:type="dxa"/>
          </w:tcPr>
          <w:p w:rsidR="007A2357" w:rsidRDefault="007D347A">
            <w:r>
              <w:t>Service</w:t>
            </w:r>
          </w:p>
        </w:tc>
        <w:tc>
          <w:tcPr>
            <w:tcW w:w="2880" w:type="dxa"/>
          </w:tcPr>
          <w:p w:rsidR="007A2357" w:rsidRDefault="007D347A">
            <w:r>
              <w:t>Description</w:t>
            </w:r>
          </w:p>
        </w:tc>
        <w:tc>
          <w:tcPr>
            <w:tcW w:w="2880" w:type="dxa"/>
          </w:tcPr>
          <w:p w:rsidR="007A2357" w:rsidRDefault="007D347A">
            <w:r>
              <w:t>Price</w:t>
            </w:r>
          </w:p>
        </w:tc>
      </w:tr>
      <w:tr w:rsidR="007A2357">
        <w:tc>
          <w:tcPr>
            <w:tcW w:w="2880" w:type="dxa"/>
          </w:tcPr>
          <w:p w:rsidR="007A2357" w:rsidRDefault="007D347A">
            <w:r>
              <w:t>Furnace Diagnostic</w:t>
            </w:r>
          </w:p>
        </w:tc>
        <w:tc>
          <w:tcPr>
            <w:tcW w:w="2880" w:type="dxa"/>
          </w:tcPr>
          <w:p w:rsidR="007A2357" w:rsidRDefault="007D347A">
            <w:r>
              <w:t>Heating system inspection</w:t>
            </w:r>
          </w:p>
        </w:tc>
        <w:tc>
          <w:tcPr>
            <w:tcW w:w="2880" w:type="dxa"/>
          </w:tcPr>
          <w:p w:rsidR="007A2357" w:rsidRDefault="007D347A">
            <w:r>
              <w:t>$89 – $149</w:t>
            </w:r>
          </w:p>
        </w:tc>
      </w:tr>
      <w:tr w:rsidR="007A2357">
        <w:tc>
          <w:tcPr>
            <w:tcW w:w="2880" w:type="dxa"/>
          </w:tcPr>
          <w:p w:rsidR="007A2357" w:rsidRDefault="007D347A">
            <w:r>
              <w:t>Furnace Repair</w:t>
            </w:r>
          </w:p>
        </w:tc>
        <w:tc>
          <w:tcPr>
            <w:tcW w:w="2880" w:type="dxa"/>
          </w:tcPr>
          <w:p w:rsidR="007A2357" w:rsidRDefault="007D347A">
            <w:r>
              <w:t>Repair heating issues and breakdowns</w:t>
            </w:r>
          </w:p>
        </w:tc>
        <w:tc>
          <w:tcPr>
            <w:tcW w:w="2880" w:type="dxa"/>
          </w:tcPr>
          <w:p w:rsidR="007A2357" w:rsidRDefault="007D347A">
            <w:r>
              <w:t>$149 – $750+</w:t>
            </w:r>
          </w:p>
        </w:tc>
      </w:tr>
      <w:tr w:rsidR="007A2357">
        <w:tc>
          <w:tcPr>
            <w:tcW w:w="2880" w:type="dxa"/>
          </w:tcPr>
          <w:p w:rsidR="007A2357" w:rsidRDefault="007D347A">
            <w:r>
              <w:t>Furnace Tune-Up</w:t>
            </w:r>
          </w:p>
        </w:tc>
        <w:tc>
          <w:tcPr>
            <w:tcW w:w="2880" w:type="dxa"/>
          </w:tcPr>
          <w:p w:rsidR="007A2357" w:rsidRDefault="007D347A">
            <w:r>
              <w:t>Seasonal furnace maintenance</w:t>
            </w:r>
          </w:p>
        </w:tc>
        <w:tc>
          <w:tcPr>
            <w:tcW w:w="2880" w:type="dxa"/>
          </w:tcPr>
          <w:p w:rsidR="007A2357" w:rsidRDefault="007D347A">
            <w:r>
              <w:t>$99 – $229</w:t>
            </w:r>
          </w:p>
        </w:tc>
      </w:tr>
      <w:tr w:rsidR="007A2357">
        <w:tc>
          <w:tcPr>
            <w:tcW w:w="2880" w:type="dxa"/>
          </w:tcPr>
          <w:p w:rsidR="007A2357" w:rsidRDefault="007D347A">
            <w:r>
              <w:t>Furnace Installation</w:t>
            </w:r>
          </w:p>
        </w:tc>
        <w:tc>
          <w:tcPr>
            <w:tcW w:w="2880" w:type="dxa"/>
          </w:tcPr>
          <w:p w:rsidR="007A2357" w:rsidRDefault="007D347A">
            <w:r>
              <w:t>Install new furnace system</w:t>
            </w:r>
          </w:p>
        </w:tc>
        <w:tc>
          <w:tcPr>
            <w:tcW w:w="2880" w:type="dxa"/>
          </w:tcPr>
          <w:p w:rsidR="007A2357" w:rsidRDefault="007D347A">
            <w:r>
              <w:t>$3,500 – $9,000</w:t>
            </w:r>
          </w:p>
        </w:tc>
      </w:tr>
      <w:tr w:rsidR="007A2357">
        <w:tc>
          <w:tcPr>
            <w:tcW w:w="2880" w:type="dxa"/>
          </w:tcPr>
          <w:p w:rsidR="007A2357" w:rsidRDefault="007D347A">
            <w:r>
              <w:t>Furnace Replacement</w:t>
            </w:r>
          </w:p>
        </w:tc>
        <w:tc>
          <w:tcPr>
            <w:tcW w:w="2880" w:type="dxa"/>
          </w:tcPr>
          <w:p w:rsidR="007A2357" w:rsidRDefault="007D347A">
            <w:r>
              <w:t>Replace old furnace</w:t>
            </w:r>
          </w:p>
        </w:tc>
        <w:tc>
          <w:tcPr>
            <w:tcW w:w="2880" w:type="dxa"/>
          </w:tcPr>
          <w:p w:rsidR="007A2357" w:rsidRDefault="007D347A">
            <w:r>
              <w:t>$3,000 – $7,500</w:t>
            </w:r>
          </w:p>
        </w:tc>
      </w:tr>
      <w:tr w:rsidR="007A2357">
        <w:tc>
          <w:tcPr>
            <w:tcW w:w="2880" w:type="dxa"/>
          </w:tcPr>
          <w:p w:rsidR="007A2357" w:rsidRDefault="007D347A">
            <w:r>
              <w:t>Blower Motor Replacement</w:t>
            </w:r>
          </w:p>
        </w:tc>
        <w:tc>
          <w:tcPr>
            <w:tcW w:w="2880" w:type="dxa"/>
          </w:tcPr>
          <w:p w:rsidR="007A2357" w:rsidRDefault="007D347A">
            <w:r>
              <w:t>Replace furnace blower motor</w:t>
            </w:r>
          </w:p>
        </w:tc>
        <w:tc>
          <w:tcPr>
            <w:tcW w:w="2880" w:type="dxa"/>
          </w:tcPr>
          <w:p w:rsidR="007A2357" w:rsidRDefault="007D347A">
            <w:r>
              <w:t>$450 – $1,200</w:t>
            </w:r>
          </w:p>
        </w:tc>
      </w:tr>
      <w:tr w:rsidR="007A2357">
        <w:tc>
          <w:tcPr>
            <w:tcW w:w="2880" w:type="dxa"/>
          </w:tcPr>
          <w:p w:rsidR="007A2357" w:rsidRDefault="007D347A">
            <w:r>
              <w:t>Ignitor Replacement</w:t>
            </w:r>
          </w:p>
        </w:tc>
        <w:tc>
          <w:tcPr>
            <w:tcW w:w="2880" w:type="dxa"/>
          </w:tcPr>
          <w:p w:rsidR="007A2357" w:rsidRDefault="007D347A">
            <w:r>
              <w:t>Replace furnace ignitor</w:t>
            </w:r>
          </w:p>
        </w:tc>
        <w:tc>
          <w:tcPr>
            <w:tcW w:w="2880" w:type="dxa"/>
          </w:tcPr>
          <w:p w:rsidR="007A2357" w:rsidRDefault="007D347A">
            <w:r>
              <w:t>$180 – $450</w:t>
            </w:r>
          </w:p>
        </w:tc>
      </w:tr>
      <w:tr w:rsidR="007A2357">
        <w:tc>
          <w:tcPr>
            <w:tcW w:w="2880" w:type="dxa"/>
          </w:tcPr>
          <w:p w:rsidR="007A2357" w:rsidRDefault="007D347A">
            <w:r>
              <w:t>Flame Sensor Cleaning</w:t>
            </w:r>
          </w:p>
        </w:tc>
        <w:tc>
          <w:tcPr>
            <w:tcW w:w="2880" w:type="dxa"/>
          </w:tcPr>
          <w:p w:rsidR="007A2357" w:rsidRDefault="007D347A">
            <w:r>
              <w:t>Furnace</w:t>
            </w:r>
            <w:r>
              <w:t xml:space="preserve"> flame sensor cleaning</w:t>
            </w:r>
          </w:p>
        </w:tc>
        <w:tc>
          <w:tcPr>
            <w:tcW w:w="2880" w:type="dxa"/>
          </w:tcPr>
          <w:p w:rsidR="007A2357" w:rsidRDefault="007D347A">
            <w:r>
              <w:t>$89 – $180</w:t>
            </w:r>
          </w:p>
        </w:tc>
      </w:tr>
    </w:tbl>
    <w:p w:rsidR="007A2357" w:rsidRDefault="007A2357"/>
    <w:p w:rsidR="007A2357" w:rsidRDefault="007D347A">
      <w:pPr>
        <w:pStyle w:val="21"/>
      </w:pPr>
      <w:r>
        <w:lastRenderedPageBreak/>
        <w:t>HVAC System Services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7A2357">
        <w:tc>
          <w:tcPr>
            <w:tcW w:w="2880" w:type="dxa"/>
          </w:tcPr>
          <w:p w:rsidR="007A2357" w:rsidRDefault="007D347A">
            <w:r>
              <w:t>Service</w:t>
            </w:r>
          </w:p>
        </w:tc>
        <w:tc>
          <w:tcPr>
            <w:tcW w:w="2880" w:type="dxa"/>
          </w:tcPr>
          <w:p w:rsidR="007A2357" w:rsidRDefault="007D347A">
            <w:r>
              <w:t>Description</w:t>
            </w:r>
          </w:p>
        </w:tc>
        <w:tc>
          <w:tcPr>
            <w:tcW w:w="2880" w:type="dxa"/>
          </w:tcPr>
          <w:p w:rsidR="007A2357" w:rsidRDefault="007D347A">
            <w:r>
              <w:t>Price</w:t>
            </w:r>
          </w:p>
        </w:tc>
      </w:tr>
      <w:tr w:rsidR="007A2357">
        <w:tc>
          <w:tcPr>
            <w:tcW w:w="2880" w:type="dxa"/>
          </w:tcPr>
          <w:p w:rsidR="007A2357" w:rsidRDefault="007D347A">
            <w:r>
              <w:t>HVAC Inspection</w:t>
            </w:r>
          </w:p>
        </w:tc>
        <w:tc>
          <w:tcPr>
            <w:tcW w:w="2880" w:type="dxa"/>
          </w:tcPr>
          <w:p w:rsidR="007A2357" w:rsidRDefault="007D347A">
            <w:r>
              <w:t>Complete HVAC system evaluation</w:t>
            </w:r>
          </w:p>
        </w:tc>
        <w:tc>
          <w:tcPr>
            <w:tcW w:w="2880" w:type="dxa"/>
          </w:tcPr>
          <w:p w:rsidR="007A2357" w:rsidRDefault="007D347A">
            <w:r>
              <w:t>$149 – $299</w:t>
            </w:r>
          </w:p>
        </w:tc>
      </w:tr>
      <w:tr w:rsidR="007A2357">
        <w:tc>
          <w:tcPr>
            <w:tcW w:w="2880" w:type="dxa"/>
          </w:tcPr>
          <w:p w:rsidR="007A2357" w:rsidRDefault="007D347A">
            <w:r>
              <w:t>HVAC Maintenance</w:t>
            </w:r>
          </w:p>
        </w:tc>
        <w:tc>
          <w:tcPr>
            <w:tcW w:w="2880" w:type="dxa"/>
          </w:tcPr>
          <w:p w:rsidR="007A2357" w:rsidRDefault="007D347A">
            <w:r>
              <w:t>Full seasonal HVAC maintenance</w:t>
            </w:r>
          </w:p>
        </w:tc>
        <w:tc>
          <w:tcPr>
            <w:tcW w:w="2880" w:type="dxa"/>
          </w:tcPr>
          <w:p w:rsidR="007A2357" w:rsidRDefault="007D347A">
            <w:r>
              <w:t>$149 – $399</w:t>
            </w:r>
          </w:p>
        </w:tc>
      </w:tr>
      <w:tr w:rsidR="007A2357">
        <w:tc>
          <w:tcPr>
            <w:tcW w:w="2880" w:type="dxa"/>
          </w:tcPr>
          <w:p w:rsidR="007A2357" w:rsidRDefault="007D347A">
            <w:r>
              <w:t>Emergency HVAC Service</w:t>
            </w:r>
          </w:p>
        </w:tc>
        <w:tc>
          <w:tcPr>
            <w:tcW w:w="2880" w:type="dxa"/>
          </w:tcPr>
          <w:p w:rsidR="007A2357" w:rsidRDefault="007D347A">
            <w:r>
              <w:t>Same-day emergency repair</w:t>
            </w:r>
          </w:p>
        </w:tc>
        <w:tc>
          <w:tcPr>
            <w:tcW w:w="2880" w:type="dxa"/>
          </w:tcPr>
          <w:p w:rsidR="007A2357" w:rsidRDefault="007D347A">
            <w:r>
              <w:t>$249 – $950+</w:t>
            </w:r>
          </w:p>
        </w:tc>
      </w:tr>
      <w:tr w:rsidR="007A2357">
        <w:tc>
          <w:tcPr>
            <w:tcW w:w="2880" w:type="dxa"/>
          </w:tcPr>
          <w:p w:rsidR="007A2357" w:rsidRDefault="007D347A">
            <w:r>
              <w:t>Airflow Balancing</w:t>
            </w:r>
          </w:p>
        </w:tc>
        <w:tc>
          <w:tcPr>
            <w:tcW w:w="2880" w:type="dxa"/>
          </w:tcPr>
          <w:p w:rsidR="007A2357" w:rsidRDefault="007D347A">
            <w:r>
              <w:t>Improve airflow and comfort</w:t>
            </w:r>
          </w:p>
        </w:tc>
        <w:tc>
          <w:tcPr>
            <w:tcW w:w="2880" w:type="dxa"/>
          </w:tcPr>
          <w:p w:rsidR="007A2357" w:rsidRDefault="007D347A">
            <w:r>
              <w:t>$250 – $850</w:t>
            </w:r>
          </w:p>
        </w:tc>
      </w:tr>
      <w:tr w:rsidR="007A2357">
        <w:tc>
          <w:tcPr>
            <w:tcW w:w="2880" w:type="dxa"/>
          </w:tcPr>
          <w:p w:rsidR="007A2357" w:rsidRDefault="007D347A">
            <w:r>
              <w:t>Ductwork Repair</w:t>
            </w:r>
          </w:p>
        </w:tc>
        <w:tc>
          <w:tcPr>
            <w:tcW w:w="2880" w:type="dxa"/>
          </w:tcPr>
          <w:p w:rsidR="007A2357" w:rsidRDefault="007D347A">
            <w:r>
              <w:t>Air duct repair and sealing</w:t>
            </w:r>
          </w:p>
        </w:tc>
        <w:tc>
          <w:tcPr>
            <w:tcW w:w="2880" w:type="dxa"/>
          </w:tcPr>
          <w:p w:rsidR="007A2357" w:rsidRDefault="007D347A">
            <w:r>
              <w:t>$350 – $2,500</w:t>
            </w:r>
          </w:p>
        </w:tc>
      </w:tr>
      <w:tr w:rsidR="007A2357">
        <w:tc>
          <w:tcPr>
            <w:tcW w:w="2880" w:type="dxa"/>
          </w:tcPr>
          <w:p w:rsidR="007A2357" w:rsidRDefault="007D347A">
            <w:r>
              <w:t>Ventilation Service</w:t>
            </w:r>
          </w:p>
        </w:tc>
        <w:tc>
          <w:tcPr>
            <w:tcW w:w="2880" w:type="dxa"/>
          </w:tcPr>
          <w:p w:rsidR="007A2357" w:rsidRDefault="007D347A">
            <w:r>
              <w:t>Ventilation inspection and repair</w:t>
            </w:r>
          </w:p>
        </w:tc>
        <w:tc>
          <w:tcPr>
            <w:tcW w:w="2880" w:type="dxa"/>
          </w:tcPr>
          <w:p w:rsidR="007A2357" w:rsidRDefault="007D347A">
            <w:r>
              <w:t>$180 – $1,500</w:t>
            </w:r>
          </w:p>
        </w:tc>
      </w:tr>
      <w:tr w:rsidR="007A2357">
        <w:tc>
          <w:tcPr>
            <w:tcW w:w="2880" w:type="dxa"/>
          </w:tcPr>
          <w:p w:rsidR="007A2357" w:rsidRDefault="007D347A">
            <w:r>
              <w:t>Indoor Air Quality Service</w:t>
            </w:r>
          </w:p>
        </w:tc>
        <w:tc>
          <w:tcPr>
            <w:tcW w:w="2880" w:type="dxa"/>
          </w:tcPr>
          <w:p w:rsidR="007A2357" w:rsidRDefault="007D347A">
            <w:r>
              <w:t xml:space="preserve">Air purification and </w:t>
            </w:r>
            <w:r>
              <w:t>filtration</w:t>
            </w:r>
          </w:p>
        </w:tc>
        <w:tc>
          <w:tcPr>
            <w:tcW w:w="2880" w:type="dxa"/>
          </w:tcPr>
          <w:p w:rsidR="007A2357" w:rsidRDefault="007D347A">
            <w:r>
              <w:t>$250 – $2,000</w:t>
            </w:r>
          </w:p>
        </w:tc>
      </w:tr>
      <w:tr w:rsidR="007A2357">
        <w:tc>
          <w:tcPr>
            <w:tcW w:w="2880" w:type="dxa"/>
          </w:tcPr>
          <w:p w:rsidR="007A2357" w:rsidRDefault="007D347A">
            <w:r>
              <w:t>Smart HVAC Controls</w:t>
            </w:r>
          </w:p>
        </w:tc>
        <w:tc>
          <w:tcPr>
            <w:tcW w:w="2880" w:type="dxa"/>
          </w:tcPr>
          <w:p w:rsidR="007A2357" w:rsidRDefault="007D347A">
            <w:r>
              <w:t>Smart home HVAC integration</w:t>
            </w:r>
          </w:p>
        </w:tc>
        <w:tc>
          <w:tcPr>
            <w:tcW w:w="2880" w:type="dxa"/>
          </w:tcPr>
          <w:p w:rsidR="007A2357" w:rsidRDefault="007D347A">
            <w:r>
              <w:t>$250 – $1,200</w:t>
            </w:r>
          </w:p>
        </w:tc>
      </w:tr>
    </w:tbl>
    <w:p w:rsidR="007A2357" w:rsidRDefault="007A2357"/>
    <w:p w:rsidR="007A2357" w:rsidRDefault="007D347A">
      <w:pPr>
        <w:pStyle w:val="21"/>
      </w:pPr>
      <w:r>
        <w:t>Water Heater Services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7A2357">
        <w:tc>
          <w:tcPr>
            <w:tcW w:w="2880" w:type="dxa"/>
          </w:tcPr>
          <w:p w:rsidR="007A2357" w:rsidRDefault="007D347A">
            <w:r>
              <w:t>Service</w:t>
            </w:r>
          </w:p>
        </w:tc>
        <w:tc>
          <w:tcPr>
            <w:tcW w:w="2880" w:type="dxa"/>
          </w:tcPr>
          <w:p w:rsidR="007A2357" w:rsidRDefault="007D347A">
            <w:r>
              <w:t>Description</w:t>
            </w:r>
          </w:p>
        </w:tc>
        <w:tc>
          <w:tcPr>
            <w:tcW w:w="2880" w:type="dxa"/>
          </w:tcPr>
          <w:p w:rsidR="007A2357" w:rsidRDefault="007D347A">
            <w:r>
              <w:t>Price</w:t>
            </w:r>
          </w:p>
        </w:tc>
      </w:tr>
      <w:tr w:rsidR="007A2357">
        <w:tc>
          <w:tcPr>
            <w:tcW w:w="2880" w:type="dxa"/>
          </w:tcPr>
          <w:p w:rsidR="007A2357" w:rsidRDefault="007D347A">
            <w:r>
              <w:t>Water Heater Repair</w:t>
            </w:r>
          </w:p>
        </w:tc>
        <w:tc>
          <w:tcPr>
            <w:tcW w:w="2880" w:type="dxa"/>
          </w:tcPr>
          <w:p w:rsidR="007A2357" w:rsidRDefault="007D347A">
            <w:r>
              <w:t>Tank and tankless repair</w:t>
            </w:r>
          </w:p>
        </w:tc>
        <w:tc>
          <w:tcPr>
            <w:tcW w:w="2880" w:type="dxa"/>
          </w:tcPr>
          <w:p w:rsidR="007A2357" w:rsidRDefault="007D347A">
            <w:r>
              <w:t>$149 – $850</w:t>
            </w:r>
          </w:p>
        </w:tc>
      </w:tr>
      <w:tr w:rsidR="007A2357">
        <w:tc>
          <w:tcPr>
            <w:tcW w:w="2880" w:type="dxa"/>
          </w:tcPr>
          <w:p w:rsidR="007A2357" w:rsidRDefault="007D347A">
            <w:r>
              <w:t>Water Heater Installation</w:t>
            </w:r>
          </w:p>
        </w:tc>
        <w:tc>
          <w:tcPr>
            <w:tcW w:w="2880" w:type="dxa"/>
          </w:tcPr>
          <w:p w:rsidR="007A2357" w:rsidRDefault="007D347A">
            <w:r>
              <w:t>Install water heater systems</w:t>
            </w:r>
          </w:p>
        </w:tc>
        <w:tc>
          <w:tcPr>
            <w:tcW w:w="2880" w:type="dxa"/>
          </w:tcPr>
          <w:p w:rsidR="007A2357" w:rsidRDefault="007D347A">
            <w:r>
              <w:t>$1,200 – $4,500</w:t>
            </w:r>
          </w:p>
        </w:tc>
      </w:tr>
      <w:tr w:rsidR="007A2357">
        <w:tc>
          <w:tcPr>
            <w:tcW w:w="2880" w:type="dxa"/>
          </w:tcPr>
          <w:p w:rsidR="007A2357" w:rsidRDefault="007D347A">
            <w:r>
              <w:t>Tankless Water Heater Service</w:t>
            </w:r>
          </w:p>
        </w:tc>
        <w:tc>
          <w:tcPr>
            <w:tcW w:w="2880" w:type="dxa"/>
          </w:tcPr>
          <w:p w:rsidR="007A2357" w:rsidRDefault="007D347A">
            <w:r>
              <w:t>Tankless diagnostics and repair</w:t>
            </w:r>
          </w:p>
        </w:tc>
        <w:tc>
          <w:tcPr>
            <w:tcW w:w="2880" w:type="dxa"/>
          </w:tcPr>
          <w:p w:rsidR="007A2357" w:rsidRDefault="007D347A">
            <w:r>
              <w:t>$199 – $950</w:t>
            </w:r>
          </w:p>
        </w:tc>
      </w:tr>
      <w:tr w:rsidR="007A2357">
        <w:tc>
          <w:tcPr>
            <w:tcW w:w="2880" w:type="dxa"/>
          </w:tcPr>
          <w:p w:rsidR="007A2357" w:rsidRDefault="007D347A">
            <w:r>
              <w:t>Hydronic Heating Repair</w:t>
            </w:r>
          </w:p>
        </w:tc>
        <w:tc>
          <w:tcPr>
            <w:tcW w:w="2880" w:type="dxa"/>
          </w:tcPr>
          <w:p w:rsidR="007A2357" w:rsidRDefault="007D347A">
            <w:r>
              <w:t>Boiler and hydronic heating repair</w:t>
            </w:r>
          </w:p>
        </w:tc>
        <w:tc>
          <w:tcPr>
            <w:tcW w:w="2880" w:type="dxa"/>
          </w:tcPr>
          <w:p w:rsidR="007A2357" w:rsidRDefault="007D347A">
            <w:r>
              <w:t>$250 – $2,500</w:t>
            </w:r>
          </w:p>
        </w:tc>
      </w:tr>
    </w:tbl>
    <w:p w:rsidR="007A2357" w:rsidRDefault="007A2357"/>
    <w:p w:rsidR="007A2357" w:rsidRDefault="007D347A">
      <w:pPr>
        <w:pStyle w:val="21"/>
      </w:pPr>
      <w:r>
        <w:t>Commercial HVAC Services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7A2357">
        <w:tc>
          <w:tcPr>
            <w:tcW w:w="2880" w:type="dxa"/>
          </w:tcPr>
          <w:p w:rsidR="007A2357" w:rsidRDefault="007D347A">
            <w:r>
              <w:t>Service</w:t>
            </w:r>
          </w:p>
        </w:tc>
        <w:tc>
          <w:tcPr>
            <w:tcW w:w="2880" w:type="dxa"/>
          </w:tcPr>
          <w:p w:rsidR="007A2357" w:rsidRDefault="007D347A">
            <w:r>
              <w:t>Description</w:t>
            </w:r>
          </w:p>
        </w:tc>
        <w:tc>
          <w:tcPr>
            <w:tcW w:w="2880" w:type="dxa"/>
          </w:tcPr>
          <w:p w:rsidR="007A2357" w:rsidRDefault="007D347A">
            <w:r>
              <w:t>Price</w:t>
            </w:r>
          </w:p>
        </w:tc>
      </w:tr>
      <w:tr w:rsidR="007A2357">
        <w:tc>
          <w:tcPr>
            <w:tcW w:w="2880" w:type="dxa"/>
          </w:tcPr>
          <w:p w:rsidR="007A2357" w:rsidRDefault="007D347A">
            <w:r>
              <w:t>Rooftop Unit Repair</w:t>
            </w:r>
          </w:p>
        </w:tc>
        <w:tc>
          <w:tcPr>
            <w:tcW w:w="2880" w:type="dxa"/>
          </w:tcPr>
          <w:p w:rsidR="007A2357" w:rsidRDefault="007D347A">
            <w:r>
              <w:t>Commercial RTU re</w:t>
            </w:r>
            <w:r>
              <w:t>pair</w:t>
            </w:r>
          </w:p>
        </w:tc>
        <w:tc>
          <w:tcPr>
            <w:tcW w:w="2880" w:type="dxa"/>
          </w:tcPr>
          <w:p w:rsidR="007A2357" w:rsidRDefault="007D347A">
            <w:r>
              <w:t>$350 – $3,500</w:t>
            </w:r>
          </w:p>
        </w:tc>
      </w:tr>
      <w:tr w:rsidR="007A2357">
        <w:tc>
          <w:tcPr>
            <w:tcW w:w="2880" w:type="dxa"/>
          </w:tcPr>
          <w:p w:rsidR="007A2357" w:rsidRDefault="007D347A">
            <w:r>
              <w:t>Commercial HVAC Maintenance</w:t>
            </w:r>
          </w:p>
        </w:tc>
        <w:tc>
          <w:tcPr>
            <w:tcW w:w="2880" w:type="dxa"/>
          </w:tcPr>
          <w:p w:rsidR="007A2357" w:rsidRDefault="007D347A">
            <w:r>
              <w:t>Preventive commercial maintenance</w:t>
            </w:r>
          </w:p>
        </w:tc>
        <w:tc>
          <w:tcPr>
            <w:tcW w:w="2880" w:type="dxa"/>
          </w:tcPr>
          <w:p w:rsidR="007A2357" w:rsidRDefault="007D347A">
            <w:r>
              <w:t>$350 – $2,500</w:t>
            </w:r>
          </w:p>
        </w:tc>
      </w:tr>
      <w:tr w:rsidR="007A2357">
        <w:tc>
          <w:tcPr>
            <w:tcW w:w="2880" w:type="dxa"/>
          </w:tcPr>
          <w:p w:rsidR="007A2357" w:rsidRDefault="007D347A">
            <w:r>
              <w:t>Commercial AC Installation</w:t>
            </w:r>
          </w:p>
        </w:tc>
        <w:tc>
          <w:tcPr>
            <w:tcW w:w="2880" w:type="dxa"/>
          </w:tcPr>
          <w:p w:rsidR="007A2357" w:rsidRDefault="007D347A">
            <w:r>
              <w:t>Commercial cooling installation</w:t>
            </w:r>
          </w:p>
        </w:tc>
        <w:tc>
          <w:tcPr>
            <w:tcW w:w="2880" w:type="dxa"/>
          </w:tcPr>
          <w:p w:rsidR="007A2357" w:rsidRDefault="007D347A">
            <w:r>
              <w:t>$5,000 – $25,000+</w:t>
            </w:r>
          </w:p>
        </w:tc>
      </w:tr>
      <w:tr w:rsidR="007A2357">
        <w:tc>
          <w:tcPr>
            <w:tcW w:w="2880" w:type="dxa"/>
          </w:tcPr>
          <w:p w:rsidR="007A2357" w:rsidRDefault="007D347A">
            <w:r>
              <w:t>Commercial Furnace Service</w:t>
            </w:r>
          </w:p>
        </w:tc>
        <w:tc>
          <w:tcPr>
            <w:tcW w:w="2880" w:type="dxa"/>
          </w:tcPr>
          <w:p w:rsidR="007A2357" w:rsidRDefault="007D347A">
            <w:r>
              <w:t>Heating repair for businesses</w:t>
            </w:r>
          </w:p>
        </w:tc>
        <w:tc>
          <w:tcPr>
            <w:tcW w:w="2880" w:type="dxa"/>
          </w:tcPr>
          <w:p w:rsidR="007A2357" w:rsidRDefault="007D347A">
            <w:r>
              <w:t>$350 – $4,500</w:t>
            </w:r>
          </w:p>
        </w:tc>
      </w:tr>
    </w:tbl>
    <w:p w:rsidR="007A2357" w:rsidRDefault="007A2357"/>
    <w:p w:rsidR="007A2357" w:rsidRDefault="007D347A">
      <w:pPr>
        <w:pStyle w:val="21"/>
      </w:pPr>
      <w:r>
        <w:t xml:space="preserve">Premium </w:t>
      </w:r>
      <w:r>
        <w:t>Hydronic Radiant Floor Heating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7A2357">
        <w:tc>
          <w:tcPr>
            <w:tcW w:w="2880" w:type="dxa"/>
          </w:tcPr>
          <w:p w:rsidR="007A2357" w:rsidRDefault="007D347A">
            <w:r>
              <w:t>Service</w:t>
            </w:r>
          </w:p>
        </w:tc>
        <w:tc>
          <w:tcPr>
            <w:tcW w:w="2880" w:type="dxa"/>
          </w:tcPr>
          <w:p w:rsidR="007A2357" w:rsidRDefault="007D347A">
            <w:r>
              <w:t>Description</w:t>
            </w:r>
          </w:p>
        </w:tc>
        <w:tc>
          <w:tcPr>
            <w:tcW w:w="2880" w:type="dxa"/>
          </w:tcPr>
          <w:p w:rsidR="007A2357" w:rsidRDefault="007D347A">
            <w:r>
              <w:t>Price</w:t>
            </w:r>
          </w:p>
        </w:tc>
      </w:tr>
      <w:tr w:rsidR="007A2357">
        <w:tc>
          <w:tcPr>
            <w:tcW w:w="2880" w:type="dxa"/>
          </w:tcPr>
          <w:p w:rsidR="007A2357" w:rsidRDefault="007D347A">
            <w:r>
              <w:t>Radiant Floor Heating Installation</w:t>
            </w:r>
          </w:p>
        </w:tc>
        <w:tc>
          <w:tcPr>
            <w:tcW w:w="2880" w:type="dxa"/>
          </w:tcPr>
          <w:p w:rsidR="007A2357" w:rsidRDefault="007D347A">
            <w:r>
              <w:t>Premium heated floor system installation</w:t>
            </w:r>
          </w:p>
        </w:tc>
        <w:tc>
          <w:tcPr>
            <w:tcW w:w="2880" w:type="dxa"/>
          </w:tcPr>
          <w:p w:rsidR="007A2357" w:rsidRDefault="007D347A">
            <w:r>
              <w:t>$6,000 – $25,000+</w:t>
            </w:r>
          </w:p>
        </w:tc>
      </w:tr>
      <w:tr w:rsidR="007A2357">
        <w:tc>
          <w:tcPr>
            <w:tcW w:w="2880" w:type="dxa"/>
          </w:tcPr>
          <w:p w:rsidR="007A2357" w:rsidRDefault="007D347A">
            <w:r>
              <w:t>Heated Floor Repair</w:t>
            </w:r>
          </w:p>
        </w:tc>
        <w:tc>
          <w:tcPr>
            <w:tcW w:w="2880" w:type="dxa"/>
          </w:tcPr>
          <w:p w:rsidR="007A2357" w:rsidRDefault="007D347A">
            <w:r>
              <w:t>Diagnostics and repair of radiant floor systems</w:t>
            </w:r>
          </w:p>
        </w:tc>
        <w:tc>
          <w:tcPr>
            <w:tcW w:w="2880" w:type="dxa"/>
          </w:tcPr>
          <w:p w:rsidR="007A2357" w:rsidRDefault="007D347A">
            <w:r>
              <w:t>$250 – $2,500</w:t>
            </w:r>
          </w:p>
        </w:tc>
      </w:tr>
      <w:tr w:rsidR="007A2357">
        <w:tc>
          <w:tcPr>
            <w:tcW w:w="2880" w:type="dxa"/>
          </w:tcPr>
          <w:p w:rsidR="007A2357" w:rsidRDefault="007D347A">
            <w:r>
              <w:t>Boiler Integration</w:t>
            </w:r>
          </w:p>
        </w:tc>
        <w:tc>
          <w:tcPr>
            <w:tcW w:w="2880" w:type="dxa"/>
          </w:tcPr>
          <w:p w:rsidR="007A2357" w:rsidRDefault="007D347A">
            <w:r>
              <w:t>Hydronic floor heating boiler integration</w:t>
            </w:r>
          </w:p>
        </w:tc>
        <w:tc>
          <w:tcPr>
            <w:tcW w:w="2880" w:type="dxa"/>
          </w:tcPr>
          <w:p w:rsidR="007A2357" w:rsidRDefault="007D347A">
            <w:r>
              <w:t>$1,500 – $6,500</w:t>
            </w:r>
          </w:p>
        </w:tc>
      </w:tr>
      <w:tr w:rsidR="007A2357">
        <w:tc>
          <w:tcPr>
            <w:tcW w:w="2880" w:type="dxa"/>
          </w:tcPr>
          <w:p w:rsidR="007A2357" w:rsidRDefault="007D347A">
            <w:r>
              <w:t>Radiant Floor Maintenance</w:t>
            </w:r>
          </w:p>
        </w:tc>
        <w:tc>
          <w:tcPr>
            <w:tcW w:w="2880" w:type="dxa"/>
          </w:tcPr>
          <w:p w:rsidR="007A2357" w:rsidRDefault="007D347A">
            <w:r>
              <w:t>Seasonal maintenance and inspection</w:t>
            </w:r>
          </w:p>
        </w:tc>
        <w:tc>
          <w:tcPr>
            <w:tcW w:w="2880" w:type="dxa"/>
          </w:tcPr>
          <w:p w:rsidR="007A2357" w:rsidRDefault="007D347A">
            <w:r>
              <w:t>$180 – $650</w:t>
            </w:r>
          </w:p>
        </w:tc>
      </w:tr>
      <w:tr w:rsidR="007A2357">
        <w:tc>
          <w:tcPr>
            <w:tcW w:w="2880" w:type="dxa"/>
          </w:tcPr>
          <w:p w:rsidR="007A2357" w:rsidRDefault="007D347A">
            <w:r>
              <w:t>Smart Heated Floor Controls</w:t>
            </w:r>
          </w:p>
        </w:tc>
        <w:tc>
          <w:tcPr>
            <w:tcW w:w="2880" w:type="dxa"/>
          </w:tcPr>
          <w:p w:rsidR="007A2357" w:rsidRDefault="007D347A">
            <w:r>
              <w:t>Smart zoning and thermostat setup</w:t>
            </w:r>
          </w:p>
        </w:tc>
        <w:tc>
          <w:tcPr>
            <w:tcW w:w="2880" w:type="dxa"/>
          </w:tcPr>
          <w:p w:rsidR="007A2357" w:rsidRDefault="007D347A">
            <w:r>
              <w:t>$350 – $2,000</w:t>
            </w:r>
          </w:p>
        </w:tc>
      </w:tr>
      <w:tr w:rsidR="007A2357">
        <w:tc>
          <w:tcPr>
            <w:tcW w:w="2880" w:type="dxa"/>
          </w:tcPr>
          <w:p w:rsidR="007A2357" w:rsidRDefault="007D347A">
            <w:r>
              <w:t>PEX Tubing Repair</w:t>
            </w:r>
          </w:p>
        </w:tc>
        <w:tc>
          <w:tcPr>
            <w:tcW w:w="2880" w:type="dxa"/>
          </w:tcPr>
          <w:p w:rsidR="007A2357" w:rsidRDefault="007D347A">
            <w:r>
              <w:t xml:space="preserve">Repair or replacement of </w:t>
            </w:r>
            <w:r>
              <w:t>hydronic tubing</w:t>
            </w:r>
          </w:p>
        </w:tc>
        <w:tc>
          <w:tcPr>
            <w:tcW w:w="2880" w:type="dxa"/>
          </w:tcPr>
          <w:p w:rsidR="007A2357" w:rsidRDefault="007D347A">
            <w:r>
              <w:t>$450 – $4,500</w:t>
            </w:r>
          </w:p>
        </w:tc>
      </w:tr>
      <w:tr w:rsidR="007A2357">
        <w:tc>
          <w:tcPr>
            <w:tcW w:w="2880" w:type="dxa"/>
          </w:tcPr>
          <w:p w:rsidR="007A2357" w:rsidRDefault="007D347A">
            <w:r>
              <w:lastRenderedPageBreak/>
              <w:t>Luxury Bathroom Heated Floors</w:t>
            </w:r>
          </w:p>
        </w:tc>
        <w:tc>
          <w:tcPr>
            <w:tcW w:w="2880" w:type="dxa"/>
          </w:tcPr>
          <w:p w:rsidR="007A2357" w:rsidRDefault="007D347A">
            <w:r>
              <w:t>Premium radiant bathroom floor systems</w:t>
            </w:r>
          </w:p>
        </w:tc>
        <w:tc>
          <w:tcPr>
            <w:tcW w:w="2880" w:type="dxa"/>
          </w:tcPr>
          <w:p w:rsidR="007A2357" w:rsidRDefault="007D347A">
            <w:r>
              <w:t>$1,500 – $6,000</w:t>
            </w:r>
          </w:p>
        </w:tc>
      </w:tr>
      <w:tr w:rsidR="007A2357">
        <w:tc>
          <w:tcPr>
            <w:tcW w:w="2880" w:type="dxa"/>
          </w:tcPr>
          <w:p w:rsidR="007A2357" w:rsidRDefault="007D347A">
            <w:r>
              <w:t>Whole-Home Radiant Heating</w:t>
            </w:r>
          </w:p>
        </w:tc>
        <w:tc>
          <w:tcPr>
            <w:tcW w:w="2880" w:type="dxa"/>
          </w:tcPr>
          <w:p w:rsidR="007A2357" w:rsidRDefault="007D347A">
            <w:r>
              <w:t>Complete luxury heated floor system</w:t>
            </w:r>
          </w:p>
        </w:tc>
        <w:tc>
          <w:tcPr>
            <w:tcW w:w="2880" w:type="dxa"/>
          </w:tcPr>
          <w:p w:rsidR="007A2357" w:rsidRDefault="007D347A">
            <w:r>
              <w:t>$12,000 – $45,000+</w:t>
            </w:r>
          </w:p>
        </w:tc>
      </w:tr>
    </w:tbl>
    <w:p w:rsidR="007A2357" w:rsidRDefault="007A2357"/>
    <w:p w:rsidR="007A2357" w:rsidRDefault="007D347A">
      <w:pPr>
        <w:pStyle w:val="21"/>
      </w:pPr>
      <w:r>
        <w:t>Contact AP-MAP</w:t>
      </w:r>
    </w:p>
    <w:p w:rsidR="007A2357" w:rsidRDefault="007D347A">
      <w:r>
        <w:t>Phone: +1 (727) 922-0013</w:t>
      </w:r>
      <w:r>
        <w:br/>
        <w:t xml:space="preserve">Website: </w:t>
      </w:r>
      <w:r>
        <w:t>https://ap-map.com</w:t>
      </w:r>
      <w:r>
        <w:br/>
        <w:t>Email: hello@ap-map.com</w:t>
      </w:r>
    </w:p>
    <w:sectPr w:rsidR="007A2357" w:rsidSect="00034616">
      <w:pgSz w:w="12240" w:h="15840"/>
      <w:pgMar w:top="720" w:right="1800" w:bottom="72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7A2357"/>
    <w:rsid w:val="007D347A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3DB552C3-395B-4068-8965-F7E4A605C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0210B54-AA1E-4510-B1A6-80D60FC33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537</Words>
  <Characters>3065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3595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BH</cp:lastModifiedBy>
  <cp:revision>2</cp:revision>
  <dcterms:created xsi:type="dcterms:W3CDTF">2013-12-23T23:15:00Z</dcterms:created>
  <dcterms:modified xsi:type="dcterms:W3CDTF">2026-05-16T01:23:00Z</dcterms:modified>
  <cp:category/>
</cp:coreProperties>
</file>